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900B8" w14:textId="627AEDC8" w:rsidR="006744CE" w:rsidRDefault="006744CE">
      <w:pPr>
        <w:spacing w:after="240"/>
        <w:jc w:val="center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36"/>
      </w:tblGrid>
      <w:tr w:rsidR="004B5BB9" w:rsidRPr="004B5BB9" w14:paraId="5D9D1384" w14:textId="77777777" w:rsidTr="004B5BB9">
        <w:trPr>
          <w:jc w:val="center"/>
        </w:trPr>
        <w:tc>
          <w:tcPr>
            <w:tcW w:w="9936" w:type="dxa"/>
            <w:shd w:val="clear" w:color="auto" w:fill="auto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3CB76E0B" w14:textId="77777777" w:rsidR="004B5BB9" w:rsidRPr="004B5BB9" w:rsidRDefault="00F47AD1" w:rsidP="004B5BB9">
            <w:pPr>
              <w:tabs>
                <w:tab w:val="left" w:pos="636"/>
                <w:tab w:val="center" w:pos="4768"/>
              </w:tabs>
              <w:spacing w:after="0" w:line="240" w:lineRule="auto"/>
              <w:jc w:val="center"/>
              <w:rPr>
                <w:b/>
                <w:color w:val="000000" w:themeColor="text1"/>
                <w:sz w:val="24"/>
              </w:rPr>
            </w:pPr>
            <w:r w:rsidRPr="004B5BB9">
              <w:rPr>
                <w:b/>
                <w:color w:val="000000" w:themeColor="text1"/>
                <w:sz w:val="24"/>
              </w:rPr>
              <w:t>MODELLO A - ISTANZA DI PARTECIPAZIONE E DICHIARAZIONE UNICA</w:t>
            </w:r>
          </w:p>
          <w:p w14:paraId="565D8AA7" w14:textId="3F084E7A" w:rsidR="006744CE" w:rsidRPr="004B5BB9" w:rsidRDefault="00F47AD1" w:rsidP="004B5BB9">
            <w:pPr>
              <w:tabs>
                <w:tab w:val="left" w:pos="636"/>
                <w:tab w:val="center" w:pos="4768"/>
              </w:tabs>
              <w:spacing w:after="0" w:line="240" w:lineRule="auto"/>
              <w:rPr>
                <w:color w:val="000000" w:themeColor="text1"/>
              </w:rPr>
            </w:pPr>
            <w:r w:rsidRPr="004B5BB9">
              <w:rPr>
                <w:b/>
                <w:color w:val="000000" w:themeColor="text1"/>
                <w:sz w:val="24"/>
              </w:rPr>
              <w:t>(RESA AI SENSI DEGLI ARTT. 46 E 47 DEL D.P.R. 28 DICEMBRE 2000, N. 445 E DEL D.LGS. 31 MARZO 2023, N. 36)</w:t>
            </w:r>
          </w:p>
        </w:tc>
      </w:tr>
    </w:tbl>
    <w:p w14:paraId="6E02898A" w14:textId="77777777" w:rsidR="006744CE" w:rsidRDefault="006744CE"/>
    <w:p w14:paraId="2F3FBB7B" w14:textId="67D2D19D" w:rsidR="006D1007" w:rsidRPr="006D1007" w:rsidRDefault="00F47AD1">
      <w:pPr>
        <w:spacing w:line="312" w:lineRule="auto"/>
        <w:rPr>
          <w:bCs/>
          <w:color w:val="000000" w:themeColor="text1"/>
          <w:lang w:val="it-IT"/>
        </w:rPr>
      </w:pPr>
      <w:r w:rsidRPr="006D1007">
        <w:rPr>
          <w:bCs/>
          <w:color w:val="000000" w:themeColor="text1"/>
          <w:lang w:val="it-IT"/>
        </w:rPr>
        <w:t>Il/La sottoscritto/a: ....</w:t>
      </w:r>
      <w:r w:rsidR="006D1007" w:rsidRPr="006D1007">
        <w:rPr>
          <w:bCs/>
          <w:color w:val="000000" w:themeColor="text1"/>
          <w:lang w:val="it-IT"/>
        </w:rPr>
        <w:t>.......</w:t>
      </w:r>
      <w:r w:rsidRPr="006D1007">
        <w:rPr>
          <w:bCs/>
          <w:color w:val="000000" w:themeColor="text1"/>
          <w:lang w:val="it-IT"/>
        </w:rPr>
        <w:t>....................................</w:t>
      </w:r>
      <w:r w:rsidR="006D1007" w:rsidRPr="006D1007">
        <w:rPr>
          <w:bCs/>
          <w:color w:val="000000" w:themeColor="text1"/>
          <w:lang w:val="it-IT"/>
        </w:rPr>
        <w:t>n</w:t>
      </w:r>
      <w:r w:rsidRPr="006D1007">
        <w:rPr>
          <w:bCs/>
          <w:color w:val="000000" w:themeColor="text1"/>
          <w:lang w:val="it-IT"/>
        </w:rPr>
        <w:t xml:space="preserve">ato/a a: ......................... </w:t>
      </w:r>
      <w:proofErr w:type="spellStart"/>
      <w:r w:rsidRPr="006D1007">
        <w:rPr>
          <w:bCs/>
          <w:color w:val="000000" w:themeColor="text1"/>
          <w:lang w:val="it-IT"/>
        </w:rPr>
        <w:t>Prov</w:t>
      </w:r>
      <w:proofErr w:type="spellEnd"/>
      <w:r w:rsidRPr="006D1007">
        <w:rPr>
          <w:bCs/>
          <w:color w:val="000000" w:themeColor="text1"/>
          <w:lang w:val="it-IT"/>
        </w:rPr>
        <w:t>: ...</w:t>
      </w:r>
      <w:r w:rsidR="006D1007" w:rsidRPr="006D1007">
        <w:rPr>
          <w:bCs/>
          <w:color w:val="000000" w:themeColor="text1"/>
          <w:lang w:val="it-IT"/>
        </w:rPr>
        <w:t>.........</w:t>
      </w:r>
      <w:r w:rsidRPr="006D1007">
        <w:rPr>
          <w:bCs/>
          <w:color w:val="000000" w:themeColor="text1"/>
          <w:lang w:val="it-IT"/>
        </w:rPr>
        <w:t>... il: ...............</w:t>
      </w:r>
      <w:r w:rsidR="006D1007" w:rsidRPr="006D1007">
        <w:rPr>
          <w:bCs/>
          <w:color w:val="000000" w:themeColor="text1"/>
          <w:lang w:val="it-IT"/>
        </w:rPr>
        <w:t>...........</w:t>
      </w:r>
    </w:p>
    <w:p w14:paraId="03503A49" w14:textId="63134A7D" w:rsidR="006D1007" w:rsidRPr="006D1007" w:rsidRDefault="00F47AD1">
      <w:pPr>
        <w:spacing w:line="312" w:lineRule="auto"/>
        <w:rPr>
          <w:bCs/>
          <w:color w:val="000000" w:themeColor="text1"/>
          <w:lang w:val="it-IT"/>
        </w:rPr>
      </w:pPr>
      <w:r w:rsidRPr="006D1007">
        <w:rPr>
          <w:bCs/>
          <w:color w:val="000000" w:themeColor="text1"/>
          <w:lang w:val="it-IT"/>
        </w:rPr>
        <w:t>Codice Fiscale: .........................</w:t>
      </w:r>
      <w:r w:rsidR="006D1007" w:rsidRPr="006D1007">
        <w:rPr>
          <w:bCs/>
          <w:color w:val="000000" w:themeColor="text1"/>
          <w:lang w:val="it-IT"/>
        </w:rPr>
        <w:t>..............................r</w:t>
      </w:r>
      <w:r w:rsidRPr="006D1007">
        <w:rPr>
          <w:bCs/>
          <w:color w:val="000000" w:themeColor="text1"/>
          <w:lang w:val="it-IT"/>
        </w:rPr>
        <w:t>esidente in: .............................. CAP: ......</w:t>
      </w:r>
      <w:r w:rsidR="006D1007" w:rsidRPr="006D1007">
        <w:rPr>
          <w:bCs/>
          <w:color w:val="000000" w:themeColor="text1"/>
          <w:lang w:val="it-IT"/>
        </w:rPr>
        <w:t>......</w:t>
      </w:r>
      <w:r w:rsidRPr="006D1007">
        <w:rPr>
          <w:bCs/>
          <w:color w:val="000000" w:themeColor="text1"/>
          <w:lang w:val="it-IT"/>
        </w:rPr>
        <w:t xml:space="preserve">.. </w:t>
      </w:r>
      <w:proofErr w:type="spellStart"/>
      <w:r w:rsidRPr="006D1007">
        <w:rPr>
          <w:bCs/>
          <w:color w:val="000000" w:themeColor="text1"/>
          <w:lang w:val="it-IT"/>
        </w:rPr>
        <w:t>Prov</w:t>
      </w:r>
      <w:proofErr w:type="spellEnd"/>
      <w:r w:rsidRPr="006D1007">
        <w:rPr>
          <w:bCs/>
          <w:color w:val="000000" w:themeColor="text1"/>
          <w:lang w:val="it-IT"/>
        </w:rPr>
        <w:t>: ......</w:t>
      </w:r>
    </w:p>
    <w:p w14:paraId="32FB4090" w14:textId="39F2F676" w:rsidR="006D1007" w:rsidRPr="006D1007" w:rsidRDefault="006D1007">
      <w:pPr>
        <w:spacing w:line="312" w:lineRule="auto"/>
        <w:rPr>
          <w:bCs/>
          <w:color w:val="000000" w:themeColor="text1"/>
          <w:lang w:val="it-IT"/>
        </w:rPr>
      </w:pPr>
      <w:r w:rsidRPr="006D1007">
        <w:rPr>
          <w:bCs/>
          <w:color w:val="000000" w:themeColor="text1"/>
          <w:lang w:val="it-IT"/>
        </w:rPr>
        <w:t>i</w:t>
      </w:r>
      <w:r w:rsidR="00F47AD1" w:rsidRPr="006D1007">
        <w:rPr>
          <w:bCs/>
          <w:color w:val="000000" w:themeColor="text1"/>
          <w:lang w:val="it-IT"/>
        </w:rPr>
        <w:t>n qualità di: ............</w:t>
      </w:r>
      <w:r w:rsidRPr="006D1007">
        <w:rPr>
          <w:bCs/>
          <w:color w:val="000000" w:themeColor="text1"/>
          <w:lang w:val="it-IT"/>
        </w:rPr>
        <w:t>............</w:t>
      </w:r>
      <w:r w:rsidR="00F47AD1" w:rsidRPr="006D1007">
        <w:rPr>
          <w:bCs/>
          <w:color w:val="000000" w:themeColor="text1"/>
          <w:lang w:val="it-IT"/>
        </w:rPr>
        <w:t>....................... (Legale Rappresentante / Procuratore Generale o Speciale / Altro)</w:t>
      </w:r>
    </w:p>
    <w:p w14:paraId="56C7E998" w14:textId="77777777" w:rsidR="006D1007" w:rsidRPr="006D1007" w:rsidRDefault="006D1007">
      <w:pPr>
        <w:spacing w:line="312" w:lineRule="auto"/>
        <w:rPr>
          <w:bCs/>
          <w:color w:val="000000" w:themeColor="text1"/>
          <w:lang w:val="it-IT"/>
        </w:rPr>
      </w:pPr>
      <w:r w:rsidRPr="006D1007">
        <w:rPr>
          <w:bCs/>
          <w:color w:val="000000" w:themeColor="text1"/>
          <w:lang w:val="it-IT"/>
        </w:rPr>
        <w:t>d</w:t>
      </w:r>
      <w:r w:rsidR="00F47AD1" w:rsidRPr="006D1007">
        <w:rPr>
          <w:bCs/>
          <w:color w:val="000000" w:themeColor="text1"/>
          <w:lang w:val="it-IT"/>
        </w:rPr>
        <w:t>ell'operatore economico: ........................................</w:t>
      </w:r>
      <w:r w:rsidRPr="006D1007">
        <w:rPr>
          <w:bCs/>
          <w:color w:val="000000" w:themeColor="text1"/>
          <w:lang w:val="it-IT"/>
        </w:rPr>
        <w:t xml:space="preserve"> C</w:t>
      </w:r>
      <w:r w:rsidR="00F47AD1" w:rsidRPr="006D1007">
        <w:rPr>
          <w:bCs/>
          <w:color w:val="000000" w:themeColor="text1"/>
          <w:lang w:val="it-IT"/>
        </w:rPr>
        <w:t>on sede legale in: ........</w:t>
      </w:r>
      <w:r w:rsidRPr="006D1007">
        <w:rPr>
          <w:bCs/>
          <w:color w:val="000000" w:themeColor="text1"/>
          <w:lang w:val="it-IT"/>
        </w:rPr>
        <w:t>.......</w:t>
      </w:r>
      <w:r w:rsidR="00F47AD1" w:rsidRPr="006D1007">
        <w:rPr>
          <w:bCs/>
          <w:color w:val="000000" w:themeColor="text1"/>
          <w:lang w:val="it-IT"/>
        </w:rPr>
        <w:t xml:space="preserve">...................... CAP: </w:t>
      </w:r>
      <w:r w:rsidRPr="006D1007">
        <w:rPr>
          <w:bCs/>
          <w:color w:val="000000" w:themeColor="text1"/>
          <w:lang w:val="it-IT"/>
        </w:rPr>
        <w:t>…</w:t>
      </w:r>
      <w:r w:rsidR="00F47AD1" w:rsidRPr="006D1007">
        <w:rPr>
          <w:bCs/>
          <w:color w:val="000000" w:themeColor="text1"/>
          <w:lang w:val="it-IT"/>
        </w:rPr>
        <w:t xml:space="preserve">........ </w:t>
      </w:r>
    </w:p>
    <w:p w14:paraId="6A04F62A" w14:textId="2B6EE74E" w:rsidR="006744CE" w:rsidRPr="006D1007" w:rsidRDefault="00F47AD1">
      <w:pPr>
        <w:spacing w:line="312" w:lineRule="auto"/>
        <w:rPr>
          <w:bCs/>
          <w:color w:val="000000" w:themeColor="text1"/>
          <w:lang w:val="it-IT"/>
        </w:rPr>
      </w:pPr>
      <w:proofErr w:type="spellStart"/>
      <w:r w:rsidRPr="006D1007">
        <w:rPr>
          <w:bCs/>
          <w:color w:val="000000" w:themeColor="text1"/>
          <w:lang w:val="it-IT"/>
        </w:rPr>
        <w:t>Prov</w:t>
      </w:r>
      <w:proofErr w:type="spellEnd"/>
      <w:r w:rsidRPr="006D1007">
        <w:rPr>
          <w:bCs/>
          <w:color w:val="000000" w:themeColor="text1"/>
          <w:lang w:val="it-IT"/>
        </w:rPr>
        <w:t>: ......</w:t>
      </w:r>
      <w:r w:rsidR="006D1007" w:rsidRPr="006D1007">
        <w:rPr>
          <w:bCs/>
          <w:color w:val="000000" w:themeColor="text1"/>
          <w:lang w:val="it-IT"/>
        </w:rPr>
        <w:t xml:space="preserve">...... </w:t>
      </w:r>
      <w:r w:rsidRPr="006D1007">
        <w:rPr>
          <w:bCs/>
          <w:color w:val="000000" w:themeColor="text1"/>
          <w:lang w:val="it-IT"/>
        </w:rPr>
        <w:t>Codice Fiscale / P.IVA: ..........</w:t>
      </w:r>
      <w:r w:rsidR="006D1007" w:rsidRPr="006D1007">
        <w:rPr>
          <w:bCs/>
          <w:color w:val="000000" w:themeColor="text1"/>
          <w:lang w:val="it-IT"/>
        </w:rPr>
        <w:t>...</w:t>
      </w:r>
      <w:r w:rsidRPr="006D1007">
        <w:rPr>
          <w:bCs/>
          <w:color w:val="000000" w:themeColor="text1"/>
          <w:lang w:val="it-IT"/>
        </w:rPr>
        <w:t>....................</w:t>
      </w:r>
      <w:r w:rsidR="006D1007" w:rsidRPr="006D1007">
        <w:rPr>
          <w:bCs/>
          <w:color w:val="000000" w:themeColor="text1"/>
          <w:lang w:val="it-IT"/>
        </w:rPr>
        <w:t xml:space="preserve"> </w:t>
      </w:r>
      <w:r w:rsidRPr="006D1007">
        <w:rPr>
          <w:bCs/>
          <w:color w:val="000000" w:themeColor="text1"/>
          <w:lang w:val="it-IT"/>
        </w:rPr>
        <w:t>PEC:</w:t>
      </w:r>
      <w:r w:rsidR="006D1007" w:rsidRPr="006D1007">
        <w:rPr>
          <w:bCs/>
          <w:color w:val="000000" w:themeColor="text1"/>
          <w:lang w:val="it-IT"/>
        </w:rPr>
        <w:t xml:space="preserve"> …</w:t>
      </w:r>
      <w:proofErr w:type="gramStart"/>
      <w:r w:rsidR="006D1007" w:rsidRPr="006D1007">
        <w:rPr>
          <w:bCs/>
          <w:color w:val="000000" w:themeColor="text1"/>
          <w:lang w:val="it-IT"/>
        </w:rPr>
        <w:t>…….</w:t>
      </w:r>
      <w:proofErr w:type="gramEnd"/>
      <w:r w:rsidR="006D1007" w:rsidRPr="006D1007">
        <w:rPr>
          <w:bCs/>
          <w:color w:val="000000" w:themeColor="text1"/>
          <w:lang w:val="it-IT"/>
        </w:rPr>
        <w:t>….</w:t>
      </w:r>
      <w:r w:rsidRPr="006D1007">
        <w:rPr>
          <w:bCs/>
          <w:color w:val="000000" w:themeColor="text1"/>
          <w:lang w:val="it-IT"/>
        </w:rPr>
        <w:t>......................... Tel: .........</w:t>
      </w:r>
      <w:r w:rsidR="006D1007" w:rsidRPr="006D1007">
        <w:rPr>
          <w:bCs/>
          <w:color w:val="000000" w:themeColor="text1"/>
          <w:lang w:val="it-IT"/>
        </w:rPr>
        <w:t>........</w:t>
      </w:r>
      <w:r w:rsidRPr="006D1007">
        <w:rPr>
          <w:bCs/>
          <w:color w:val="000000" w:themeColor="text1"/>
          <w:lang w:val="it-IT"/>
        </w:rPr>
        <w:t>......</w:t>
      </w:r>
    </w:p>
    <w:p w14:paraId="65E52CE5" w14:textId="23F842D5" w:rsidR="006D1007" w:rsidRPr="00F47AD1" w:rsidRDefault="00F47AD1" w:rsidP="006D1007">
      <w:pPr>
        <w:jc w:val="center"/>
        <w:rPr>
          <w:b/>
          <w:lang w:val="it-IT"/>
        </w:rPr>
      </w:pPr>
      <w:r w:rsidRPr="00F47AD1">
        <w:rPr>
          <w:b/>
          <w:lang w:val="it-IT"/>
        </w:rPr>
        <w:t>CHIEDE</w:t>
      </w:r>
    </w:p>
    <w:p w14:paraId="3E9AF2FD" w14:textId="5879B5B2" w:rsidR="006744CE" w:rsidRPr="00F47AD1" w:rsidRDefault="00F47AD1" w:rsidP="00F47AD1">
      <w:pPr>
        <w:spacing w:after="0" w:line="240" w:lineRule="auto"/>
        <w:jc w:val="both"/>
        <w:rPr>
          <w:rFonts w:asciiTheme="majorHAnsi" w:hAnsiTheme="majorHAnsi" w:cstheme="majorHAnsi"/>
          <w:sz w:val="22"/>
          <w:lang w:val="it-IT"/>
        </w:rPr>
      </w:pPr>
      <w:r w:rsidRPr="00F47AD1">
        <w:rPr>
          <w:rFonts w:asciiTheme="majorHAnsi" w:hAnsiTheme="majorHAnsi" w:cstheme="majorHAnsi"/>
          <w:b/>
          <w:sz w:val="22"/>
          <w:lang w:val="it-IT"/>
        </w:rPr>
        <w:t xml:space="preserve">di partecipare alla procedura in oggetto per l'affidamento del servizio di fornitura di un </w:t>
      </w:r>
      <w:r w:rsidRPr="00F47AD1">
        <w:rPr>
          <w:rFonts w:asciiTheme="majorHAnsi" w:hAnsiTheme="majorHAnsi" w:cstheme="majorHAnsi"/>
          <w:sz w:val="22"/>
          <w:lang w:val="it-IT"/>
        </w:rPr>
        <w:t xml:space="preserve">numero stimato di 530 buoni pasto </w:t>
      </w:r>
      <w:r w:rsidRPr="00F47AD1">
        <w:rPr>
          <w:rFonts w:asciiTheme="majorHAnsi" w:hAnsiTheme="majorHAnsi" w:cstheme="majorHAnsi"/>
          <w:b/>
          <w:sz w:val="22"/>
          <w:lang w:val="it-IT"/>
        </w:rPr>
        <w:t xml:space="preserve">elettronici </w:t>
      </w:r>
      <w:r w:rsidRPr="00F47AD1">
        <w:rPr>
          <w:rFonts w:asciiTheme="majorHAnsi" w:hAnsiTheme="majorHAnsi" w:cstheme="majorHAnsi"/>
          <w:sz w:val="22"/>
          <w:lang w:val="it-IT"/>
        </w:rPr>
        <w:t>del valore nominale di Euro 7,00 cad. (IVA inclusa), per un importo complessivo presunto di € 3.710,00 (IVA di legge compresa) in</w:t>
      </w:r>
      <w:r w:rsidRPr="00F47AD1">
        <w:rPr>
          <w:rFonts w:asciiTheme="majorHAnsi" w:hAnsiTheme="majorHAnsi" w:cstheme="majorHAnsi"/>
          <w:b/>
          <w:sz w:val="22"/>
          <w:lang w:val="it-IT"/>
        </w:rPr>
        <w:t xml:space="preserve"> qualità di:</w:t>
      </w:r>
    </w:p>
    <w:p w14:paraId="5968B3E4" w14:textId="6264EDB3" w:rsidR="006744CE" w:rsidRPr="00F47AD1" w:rsidRDefault="00F47AD1">
      <w:pPr>
        <w:spacing w:after="40"/>
        <w:ind w:left="288"/>
        <w:rPr>
          <w:rFonts w:asciiTheme="majorHAnsi" w:hAnsiTheme="majorHAnsi" w:cstheme="majorHAnsi"/>
          <w:sz w:val="22"/>
          <w:lang w:val="it-IT"/>
        </w:rPr>
      </w:pPr>
      <w:r w:rsidRPr="00F47AD1">
        <w:rPr>
          <w:rFonts w:ascii="Segoe UI Symbol" w:hAnsi="Segoe UI Symbol" w:cs="Segoe UI Symbol"/>
          <w:b/>
          <w:sz w:val="22"/>
          <w:lang w:val="it-IT"/>
        </w:rPr>
        <w:t>☐</w:t>
      </w:r>
      <w:r w:rsidR="006D1007" w:rsidRPr="00F47AD1">
        <w:rPr>
          <w:rFonts w:asciiTheme="majorHAnsi" w:hAnsiTheme="majorHAnsi" w:cstheme="majorHAnsi"/>
          <w:b/>
          <w:sz w:val="22"/>
          <w:lang w:val="it-IT"/>
        </w:rPr>
        <w:tab/>
      </w:r>
      <w:r w:rsidRPr="00F47AD1">
        <w:rPr>
          <w:rFonts w:asciiTheme="majorHAnsi" w:hAnsiTheme="majorHAnsi" w:cstheme="majorHAnsi"/>
          <w:sz w:val="22"/>
          <w:lang w:val="it-IT"/>
        </w:rPr>
        <w:t xml:space="preserve">Impresa singola / Operatore economico individuale (art. 65, c. 2, lett. a) </w:t>
      </w:r>
      <w:proofErr w:type="spellStart"/>
      <w:r w:rsidRPr="00F47AD1">
        <w:rPr>
          <w:rFonts w:asciiTheme="majorHAnsi" w:hAnsiTheme="majorHAnsi" w:cstheme="majorHAnsi"/>
          <w:sz w:val="22"/>
          <w:lang w:val="it-IT"/>
        </w:rPr>
        <w:t>D.Lgs.</w:t>
      </w:r>
      <w:proofErr w:type="spellEnd"/>
      <w:r w:rsidRPr="00F47AD1">
        <w:rPr>
          <w:rFonts w:asciiTheme="majorHAnsi" w:hAnsiTheme="majorHAnsi" w:cstheme="majorHAnsi"/>
          <w:sz w:val="22"/>
          <w:lang w:val="it-IT"/>
        </w:rPr>
        <w:t xml:space="preserve"> 36/2023);</w:t>
      </w:r>
    </w:p>
    <w:p w14:paraId="20A850FB" w14:textId="46731773" w:rsidR="006744CE" w:rsidRPr="006D1007" w:rsidRDefault="00F47AD1">
      <w:pPr>
        <w:spacing w:after="40"/>
        <w:ind w:left="288"/>
        <w:rPr>
          <w:lang w:val="it-IT"/>
        </w:rPr>
      </w:pPr>
      <w:r w:rsidRPr="006D1007">
        <w:rPr>
          <w:b/>
          <w:lang w:val="it-IT"/>
        </w:rPr>
        <w:t>☐</w:t>
      </w:r>
      <w:r w:rsidR="006D1007">
        <w:rPr>
          <w:b/>
          <w:lang w:val="it-IT"/>
        </w:rPr>
        <w:tab/>
      </w:r>
      <w:r w:rsidRPr="006D1007">
        <w:rPr>
          <w:lang w:val="it-IT"/>
        </w:rPr>
        <w:t xml:space="preserve">Consorzio stabile o di cooperative / Società tra imprese (art. 65, c. 2, lett. b, c, d </w:t>
      </w:r>
      <w:proofErr w:type="spellStart"/>
      <w:r w:rsidRPr="006D1007">
        <w:rPr>
          <w:lang w:val="it-IT"/>
        </w:rPr>
        <w:t>D.Lgs.</w:t>
      </w:r>
      <w:proofErr w:type="spellEnd"/>
      <w:r w:rsidRPr="006D1007">
        <w:rPr>
          <w:lang w:val="it-IT"/>
        </w:rPr>
        <w:t xml:space="preserve"> 36/2023).</w:t>
      </w:r>
    </w:p>
    <w:p w14:paraId="33FCB8C1" w14:textId="77777777" w:rsidR="006D1007" w:rsidRDefault="006D1007" w:rsidP="006D1007">
      <w:pPr>
        <w:spacing w:after="0" w:line="240" w:lineRule="auto"/>
        <w:rPr>
          <w:iCs/>
          <w:lang w:val="it-IT"/>
        </w:rPr>
      </w:pPr>
    </w:p>
    <w:p w14:paraId="571A6B41" w14:textId="37E9A55B" w:rsidR="006D1007" w:rsidRDefault="00F47AD1" w:rsidP="00206C33">
      <w:pPr>
        <w:spacing w:after="0" w:line="240" w:lineRule="auto"/>
        <w:jc w:val="both"/>
        <w:rPr>
          <w:iCs/>
          <w:lang w:val="it-IT"/>
        </w:rPr>
      </w:pPr>
      <w:r w:rsidRPr="006D1007">
        <w:rPr>
          <w:iCs/>
          <w:lang w:val="it-IT"/>
        </w:rPr>
        <w:t xml:space="preserve">Consapevole delle sanzioni penali previste dall'art. 76 del D.P.R. 445/2000 per le ipotesi di falsità in atti e dichiarazioni mendaci, ai sensi degli artt. 46 e 47 del medesimo D.P.R., </w:t>
      </w:r>
    </w:p>
    <w:p w14:paraId="1979571F" w14:textId="77777777" w:rsidR="00206C33" w:rsidRDefault="00206C33" w:rsidP="00206C33">
      <w:pPr>
        <w:spacing w:after="0" w:line="240" w:lineRule="auto"/>
        <w:jc w:val="both"/>
        <w:rPr>
          <w:iCs/>
          <w:lang w:val="it-IT"/>
        </w:rPr>
      </w:pPr>
    </w:p>
    <w:p w14:paraId="0C1F3E16" w14:textId="09799AC0" w:rsidR="006744CE" w:rsidRDefault="00F47AD1" w:rsidP="006D1007">
      <w:pPr>
        <w:spacing w:after="0" w:line="240" w:lineRule="auto"/>
        <w:jc w:val="center"/>
        <w:rPr>
          <w:b/>
          <w:bCs/>
          <w:iCs/>
          <w:lang w:val="it-IT"/>
        </w:rPr>
      </w:pPr>
      <w:r w:rsidRPr="006D1007">
        <w:rPr>
          <w:b/>
          <w:bCs/>
          <w:iCs/>
          <w:lang w:val="it-IT"/>
        </w:rPr>
        <w:t>DICHIARA</w:t>
      </w:r>
    </w:p>
    <w:p w14:paraId="19326EFA" w14:textId="77777777" w:rsidR="006D1007" w:rsidRPr="006D1007" w:rsidRDefault="006D1007" w:rsidP="006D1007">
      <w:pPr>
        <w:spacing w:after="0" w:line="240" w:lineRule="auto"/>
        <w:jc w:val="center"/>
        <w:rPr>
          <w:b/>
          <w:bCs/>
          <w:iCs/>
          <w:lang w:val="it-IT"/>
        </w:rPr>
      </w:pPr>
    </w:p>
    <w:p w14:paraId="4F063D82" w14:textId="77777777" w:rsidR="00206C33" w:rsidRPr="00206C33" w:rsidRDefault="00F47AD1" w:rsidP="004B5BB9">
      <w:pPr>
        <w:pStyle w:val="Paragrafoelenco"/>
        <w:numPr>
          <w:ilvl w:val="0"/>
          <w:numId w:val="11"/>
        </w:numPr>
        <w:spacing w:after="80"/>
        <w:ind w:left="360"/>
        <w:jc w:val="both"/>
        <w:rPr>
          <w:lang w:val="it-IT"/>
        </w:rPr>
      </w:pPr>
      <w:r w:rsidRPr="00206C33">
        <w:rPr>
          <w:b/>
          <w:lang w:val="it-IT"/>
        </w:rPr>
        <w:t xml:space="preserve">Requisiti di Ordine Generale e Motivi di Esclusione (Artt. 94, 95, 98 </w:t>
      </w:r>
      <w:proofErr w:type="spellStart"/>
      <w:r w:rsidRPr="00206C33">
        <w:rPr>
          <w:b/>
          <w:lang w:val="it-IT"/>
        </w:rPr>
        <w:t>D.Lgs.</w:t>
      </w:r>
      <w:proofErr w:type="spellEnd"/>
      <w:r w:rsidRPr="00206C33">
        <w:rPr>
          <w:b/>
          <w:lang w:val="it-IT"/>
        </w:rPr>
        <w:t xml:space="preserve"> 36/2023):</w:t>
      </w:r>
      <w:r w:rsidR="00206C33">
        <w:rPr>
          <w:b/>
          <w:lang w:val="it-IT"/>
        </w:rPr>
        <w:t xml:space="preserve"> </w:t>
      </w:r>
    </w:p>
    <w:p w14:paraId="259D8CAA" w14:textId="75440F27" w:rsidR="006744CE" w:rsidRPr="00206C33" w:rsidRDefault="00206C33" w:rsidP="004B5BB9">
      <w:pPr>
        <w:pStyle w:val="Paragrafoelenco"/>
        <w:spacing w:after="80"/>
        <w:ind w:left="360"/>
        <w:jc w:val="both"/>
        <w:rPr>
          <w:lang w:val="it-IT"/>
        </w:rPr>
      </w:pPr>
      <w:r w:rsidRPr="00206C33">
        <w:rPr>
          <w:rFonts w:ascii="Segoe UI Symbol" w:hAnsi="Segoe UI Symbol" w:cs="Segoe UI Symbol"/>
          <w:b/>
          <w:lang w:val="it-IT"/>
        </w:rPr>
        <w:t>☐</w:t>
      </w:r>
      <w:r>
        <w:rPr>
          <w:rFonts w:ascii="Segoe UI Symbol" w:hAnsi="Segoe UI Symbol" w:cs="Segoe UI Symbol"/>
          <w:b/>
          <w:lang w:val="it-IT"/>
        </w:rPr>
        <w:tab/>
      </w:r>
      <w:r w:rsidR="00F47AD1" w:rsidRPr="00206C33">
        <w:rPr>
          <w:color w:val="444444"/>
          <w:lang w:val="it-IT"/>
        </w:rPr>
        <w:t>L'assenza di cause di esclusione automatica (art. 94) e non automatica (art. 95), comprese le gravi illeciti professionali (art. 98), nonché l'insussistenza di divieti a contrarre con la Pubblica Amministrazione.</w:t>
      </w:r>
    </w:p>
    <w:p w14:paraId="7FB70853" w14:textId="77777777" w:rsidR="00206C33" w:rsidRPr="00206C33" w:rsidRDefault="00F47AD1" w:rsidP="004B5BB9">
      <w:pPr>
        <w:pStyle w:val="Paragrafoelenco"/>
        <w:numPr>
          <w:ilvl w:val="0"/>
          <w:numId w:val="11"/>
        </w:numPr>
        <w:spacing w:after="80"/>
        <w:ind w:left="360"/>
        <w:rPr>
          <w:lang w:val="it-IT"/>
        </w:rPr>
      </w:pPr>
      <w:r w:rsidRPr="00206C33">
        <w:rPr>
          <w:b/>
          <w:lang w:val="it-IT"/>
        </w:rPr>
        <w:t xml:space="preserve">Iscrizione CCIAA / Albo Professionale (Art. 100, c. 1, lett. a) </w:t>
      </w:r>
      <w:proofErr w:type="spellStart"/>
      <w:r w:rsidRPr="00206C33">
        <w:rPr>
          <w:b/>
          <w:lang w:val="it-IT"/>
        </w:rPr>
        <w:t>D.Lgs.</w:t>
      </w:r>
      <w:proofErr w:type="spellEnd"/>
      <w:r w:rsidRPr="00206C33">
        <w:rPr>
          <w:b/>
          <w:lang w:val="it-IT"/>
        </w:rPr>
        <w:t xml:space="preserve"> 36/2023):</w:t>
      </w:r>
      <w:r w:rsidR="00206C33">
        <w:rPr>
          <w:b/>
          <w:lang w:val="it-IT"/>
        </w:rPr>
        <w:t xml:space="preserve"> </w:t>
      </w:r>
    </w:p>
    <w:p w14:paraId="282A11DA" w14:textId="21C5A33E" w:rsidR="006744CE" w:rsidRPr="00206C33" w:rsidRDefault="00206C33" w:rsidP="004B5BB9">
      <w:pPr>
        <w:pStyle w:val="Paragrafoelenco"/>
        <w:spacing w:after="80"/>
        <w:ind w:left="360"/>
        <w:jc w:val="both"/>
        <w:rPr>
          <w:lang w:val="it-IT"/>
        </w:rPr>
      </w:pPr>
      <w:r w:rsidRPr="00206C33">
        <w:rPr>
          <w:rFonts w:ascii="Segoe UI Symbol" w:hAnsi="Segoe UI Symbol" w:cs="Segoe UI Symbol"/>
          <w:b/>
          <w:lang w:val="it-IT"/>
        </w:rPr>
        <w:t>☐</w:t>
      </w:r>
      <w:r>
        <w:rPr>
          <w:rFonts w:ascii="Segoe UI Symbol" w:hAnsi="Segoe UI Symbol" w:cs="Segoe UI Symbol"/>
          <w:b/>
          <w:lang w:val="it-IT"/>
        </w:rPr>
        <w:tab/>
      </w:r>
      <w:r w:rsidR="00F47AD1" w:rsidRPr="00206C33">
        <w:rPr>
          <w:color w:val="444444"/>
          <w:lang w:val="it-IT"/>
        </w:rPr>
        <w:t>Di essere iscritto nel Registro delle Imprese presso la CCIAA di .................................................... al n. REA .................................................... per attività coerenti con l'oggetto dell'appalto (emissione e gestione buoni pasto).</w:t>
      </w:r>
    </w:p>
    <w:p w14:paraId="5608BC19" w14:textId="77777777" w:rsidR="00206C33" w:rsidRPr="00206C33" w:rsidRDefault="00F47AD1" w:rsidP="004B5BB9">
      <w:pPr>
        <w:pStyle w:val="Paragrafoelenco"/>
        <w:numPr>
          <w:ilvl w:val="0"/>
          <w:numId w:val="11"/>
        </w:numPr>
        <w:spacing w:after="80"/>
        <w:ind w:left="360"/>
        <w:jc w:val="both"/>
        <w:rPr>
          <w:lang w:val="it-IT"/>
        </w:rPr>
      </w:pPr>
      <w:r w:rsidRPr="00206C33">
        <w:rPr>
          <w:b/>
          <w:lang w:val="it-IT"/>
        </w:rPr>
        <w:t xml:space="preserve">Autorizzazione all'Esercizio dell'Attività di Emettitore (Art. 131 </w:t>
      </w:r>
      <w:proofErr w:type="spellStart"/>
      <w:r w:rsidRPr="00206C33">
        <w:rPr>
          <w:b/>
          <w:lang w:val="it-IT"/>
        </w:rPr>
        <w:t>D.Lgs.</w:t>
      </w:r>
      <w:proofErr w:type="spellEnd"/>
      <w:r w:rsidRPr="00206C33">
        <w:rPr>
          <w:b/>
          <w:lang w:val="it-IT"/>
        </w:rPr>
        <w:t xml:space="preserve"> 36/2023):</w:t>
      </w:r>
    </w:p>
    <w:p w14:paraId="70FBA598" w14:textId="756C72A7" w:rsidR="006744CE" w:rsidRDefault="00206C33" w:rsidP="004B5BB9">
      <w:pPr>
        <w:pStyle w:val="Paragrafoelenco"/>
        <w:spacing w:after="80"/>
        <w:ind w:left="360"/>
        <w:jc w:val="both"/>
        <w:rPr>
          <w:color w:val="444444"/>
          <w:lang w:val="it-IT"/>
        </w:rPr>
      </w:pPr>
      <w:r w:rsidRPr="00206C33">
        <w:rPr>
          <w:rFonts w:ascii="Segoe UI Symbol" w:hAnsi="Segoe UI Symbol" w:cs="Segoe UI Symbol"/>
          <w:b/>
          <w:lang w:val="it-IT"/>
        </w:rPr>
        <w:t>☐</w:t>
      </w:r>
      <w:r>
        <w:rPr>
          <w:b/>
          <w:lang w:val="it-IT"/>
        </w:rPr>
        <w:tab/>
      </w:r>
      <w:r w:rsidR="00F47AD1" w:rsidRPr="00206C33">
        <w:rPr>
          <w:color w:val="444444"/>
          <w:lang w:val="it-IT"/>
        </w:rPr>
        <w:t>Di possedere i requisiti di capitale e strutturali previsti dalla normativa vigente per la gestione e l'emissione di buoni pasto aziendali ed elettronici in Italia.</w:t>
      </w:r>
    </w:p>
    <w:p w14:paraId="5C777836" w14:textId="6E4BA015" w:rsidR="004B5BB9" w:rsidRDefault="004B5BB9" w:rsidP="004B5BB9">
      <w:pPr>
        <w:pStyle w:val="Paragrafoelenco"/>
        <w:spacing w:after="80"/>
        <w:ind w:left="360"/>
        <w:jc w:val="both"/>
        <w:rPr>
          <w:lang w:val="it-IT"/>
        </w:rPr>
      </w:pPr>
    </w:p>
    <w:p w14:paraId="6649381E" w14:textId="77777777" w:rsidR="004B5BB9" w:rsidRPr="00206C33" w:rsidRDefault="004B5BB9" w:rsidP="004B5BB9">
      <w:pPr>
        <w:pStyle w:val="Paragrafoelenco"/>
        <w:spacing w:after="80"/>
        <w:ind w:left="360"/>
        <w:jc w:val="both"/>
        <w:rPr>
          <w:lang w:val="it-IT"/>
        </w:rPr>
      </w:pPr>
    </w:p>
    <w:p w14:paraId="346FE17C" w14:textId="77777777" w:rsidR="00206C33" w:rsidRPr="00206C33" w:rsidRDefault="00F47AD1" w:rsidP="004B5BB9">
      <w:pPr>
        <w:pStyle w:val="Paragrafoelenco"/>
        <w:numPr>
          <w:ilvl w:val="0"/>
          <w:numId w:val="11"/>
        </w:numPr>
        <w:spacing w:after="80"/>
        <w:ind w:left="360"/>
        <w:rPr>
          <w:lang w:val="it-IT"/>
        </w:rPr>
      </w:pPr>
      <w:r w:rsidRPr="00206C33">
        <w:rPr>
          <w:b/>
          <w:lang w:val="it-IT"/>
        </w:rPr>
        <w:t xml:space="preserve">Rispetto della Normativa sul Lavoro e della Sicurezza (L. 68/1999 e </w:t>
      </w:r>
      <w:proofErr w:type="spellStart"/>
      <w:r w:rsidRPr="00206C33">
        <w:rPr>
          <w:b/>
          <w:lang w:val="it-IT"/>
        </w:rPr>
        <w:t>D.Lgs.</w:t>
      </w:r>
      <w:proofErr w:type="spellEnd"/>
      <w:r w:rsidRPr="00206C33">
        <w:rPr>
          <w:b/>
          <w:lang w:val="it-IT"/>
        </w:rPr>
        <w:t xml:space="preserve"> 81/2008):</w:t>
      </w:r>
      <w:r w:rsidR="00206C33">
        <w:rPr>
          <w:b/>
          <w:lang w:val="it-IT"/>
        </w:rPr>
        <w:t xml:space="preserve"> </w:t>
      </w:r>
    </w:p>
    <w:p w14:paraId="010CAA6A" w14:textId="21874A6B" w:rsidR="006744CE" w:rsidRPr="00206C33" w:rsidRDefault="00206C33" w:rsidP="004B5BB9">
      <w:pPr>
        <w:pStyle w:val="Paragrafoelenco"/>
        <w:spacing w:after="80"/>
        <w:ind w:left="360"/>
        <w:rPr>
          <w:lang w:val="it-IT"/>
        </w:rPr>
      </w:pPr>
      <w:r w:rsidRPr="00206C33">
        <w:rPr>
          <w:rFonts w:ascii="Segoe UI Symbol" w:hAnsi="Segoe UI Symbol" w:cs="Segoe UI Symbol"/>
          <w:b/>
          <w:lang w:val="it-IT"/>
        </w:rPr>
        <w:t>☐</w:t>
      </w:r>
      <w:r>
        <w:rPr>
          <w:rFonts w:ascii="Segoe UI Symbol" w:hAnsi="Segoe UI Symbol" w:cs="Segoe UI Symbol"/>
          <w:b/>
          <w:lang w:val="it-IT"/>
        </w:rPr>
        <w:tab/>
      </w:r>
      <w:r w:rsidR="00F47AD1" w:rsidRPr="00206C33">
        <w:rPr>
          <w:color w:val="444444"/>
          <w:lang w:val="it-IT"/>
        </w:rPr>
        <w:t>Di essere in regola con le norme che disciplinano il diritto al lavoro dei disabili (Art. 17 L. 68/99) e con l'applicazione dei contratti collettivi nazionali e della normativa sulla sicurezza nei luoghi di lavoro.</w:t>
      </w:r>
    </w:p>
    <w:p w14:paraId="2208E6F3" w14:textId="77777777" w:rsidR="00206C33" w:rsidRPr="00206C33" w:rsidRDefault="00F47AD1" w:rsidP="004B5BB9">
      <w:pPr>
        <w:pStyle w:val="Paragrafoelenco"/>
        <w:numPr>
          <w:ilvl w:val="0"/>
          <w:numId w:val="11"/>
        </w:numPr>
        <w:spacing w:after="80"/>
        <w:ind w:left="360"/>
        <w:rPr>
          <w:lang w:val="it-IT"/>
        </w:rPr>
      </w:pPr>
      <w:r w:rsidRPr="00206C33">
        <w:rPr>
          <w:b/>
          <w:lang w:val="it-IT"/>
        </w:rPr>
        <w:t>Accettazione Condizioni di Gara:</w:t>
      </w:r>
    </w:p>
    <w:p w14:paraId="5DF25117" w14:textId="66F85462" w:rsidR="006744CE" w:rsidRPr="00206C33" w:rsidRDefault="00206C33" w:rsidP="004B5BB9">
      <w:pPr>
        <w:pStyle w:val="Paragrafoelenco"/>
        <w:spacing w:after="80"/>
        <w:ind w:left="360"/>
        <w:jc w:val="both"/>
        <w:rPr>
          <w:lang w:val="it-IT"/>
        </w:rPr>
      </w:pPr>
      <w:r w:rsidRPr="00206C33">
        <w:rPr>
          <w:rFonts w:ascii="Segoe UI Symbol" w:hAnsi="Segoe UI Symbol" w:cs="Segoe UI Symbol"/>
          <w:b/>
          <w:lang w:val="it-IT"/>
        </w:rPr>
        <w:t>☐</w:t>
      </w:r>
      <w:r>
        <w:rPr>
          <w:rFonts w:ascii="Segoe UI Symbol" w:hAnsi="Segoe UI Symbol" w:cs="Segoe UI Symbol"/>
          <w:b/>
          <w:lang w:val="it-IT"/>
        </w:rPr>
        <w:tab/>
      </w:r>
      <w:r w:rsidR="00F47AD1" w:rsidRPr="00206C33">
        <w:rPr>
          <w:color w:val="444444"/>
          <w:lang w:val="it-IT"/>
        </w:rPr>
        <w:t>Di accettare integralmente e senza riserva alcuna le condizioni, prescrizioni e clausole contenute nell'Avviso di Gara, nel Capitolato Tecnico e negli Allegati, comprese le disposizioni del D.M. 38/2026.</w:t>
      </w:r>
    </w:p>
    <w:p w14:paraId="194062A8" w14:textId="77777777" w:rsidR="00F47AD1" w:rsidRDefault="00F47AD1">
      <w:pPr>
        <w:spacing w:before="400"/>
        <w:rPr>
          <w:b/>
          <w:lang w:val="it-IT"/>
        </w:rPr>
      </w:pPr>
      <w:r w:rsidRPr="006D1007">
        <w:rPr>
          <w:lang w:val="it-IT"/>
        </w:rPr>
        <w:t>Luogo e Data: ......................................., il ............................</w:t>
      </w:r>
      <w:r w:rsidRPr="006D1007">
        <w:rPr>
          <w:lang w:val="it-IT"/>
        </w:rPr>
        <w:br/>
      </w:r>
    </w:p>
    <w:p w14:paraId="5B90A9BE" w14:textId="77777777" w:rsidR="00F47AD1" w:rsidRDefault="00F47AD1" w:rsidP="00F47AD1">
      <w:pPr>
        <w:spacing w:after="0" w:line="240" w:lineRule="auto"/>
        <w:ind w:left="6095"/>
        <w:rPr>
          <w:b/>
          <w:lang w:val="it-IT"/>
        </w:rPr>
      </w:pPr>
      <w:r w:rsidRPr="006D1007">
        <w:rPr>
          <w:b/>
          <w:lang w:val="it-IT"/>
        </w:rPr>
        <w:t>Firma del Legale Rappresentante</w:t>
      </w:r>
    </w:p>
    <w:p w14:paraId="341DBC1E" w14:textId="6F3EE97F" w:rsidR="006744CE" w:rsidRPr="006D1007" w:rsidRDefault="00F47AD1" w:rsidP="00F47AD1">
      <w:pPr>
        <w:spacing w:after="0" w:line="240" w:lineRule="auto"/>
        <w:ind w:left="6095"/>
        <w:rPr>
          <w:lang w:val="it-IT"/>
        </w:rPr>
      </w:pPr>
      <w:r w:rsidRPr="006D1007">
        <w:rPr>
          <w:b/>
          <w:lang w:val="it-IT"/>
        </w:rPr>
        <w:t>.....................................................................</w:t>
      </w:r>
    </w:p>
    <w:p w14:paraId="73C6AB41" w14:textId="77777777" w:rsidR="006744CE" w:rsidRPr="006D1007" w:rsidRDefault="00F47AD1">
      <w:pPr>
        <w:spacing w:before="200"/>
        <w:rPr>
          <w:lang w:val="it-IT"/>
        </w:rPr>
      </w:pPr>
      <w:r w:rsidRPr="006D1007">
        <w:rPr>
          <w:i/>
          <w:color w:val="666666"/>
          <w:sz w:val="17"/>
          <w:lang w:val="it-IT"/>
        </w:rPr>
        <w:t>N.B. La presente dichiarazione deve essere sottoscritta digitalmente dal legale rappresentante o procuratore munito di idonei poteri. Allegare copia della procura qualora il firmatario non coincida con il legale rappresentante risultante dal certificato CCIAA.</w:t>
      </w:r>
    </w:p>
    <w:sectPr w:rsidR="006744CE" w:rsidRPr="006D1007" w:rsidSect="006D1007">
      <w:headerReference w:type="default" r:id="rId8"/>
      <w:pgSz w:w="12240" w:h="15840"/>
      <w:pgMar w:top="2835" w:right="1151" w:bottom="1134" w:left="11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2F5023" w14:textId="77777777" w:rsidR="00E34CFB" w:rsidRDefault="00E34CFB" w:rsidP="00E34CFB">
      <w:pPr>
        <w:spacing w:after="0" w:line="240" w:lineRule="auto"/>
      </w:pPr>
      <w:r>
        <w:separator/>
      </w:r>
    </w:p>
  </w:endnote>
  <w:endnote w:type="continuationSeparator" w:id="0">
    <w:p w14:paraId="49A7DEB7" w14:textId="77777777" w:rsidR="00E34CFB" w:rsidRDefault="00E34CFB" w:rsidP="00E34C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DEBC4B" w14:textId="77777777" w:rsidR="00E34CFB" w:rsidRDefault="00E34CFB" w:rsidP="00E34CFB">
      <w:pPr>
        <w:spacing w:after="0" w:line="240" w:lineRule="auto"/>
      </w:pPr>
      <w:r>
        <w:separator/>
      </w:r>
    </w:p>
  </w:footnote>
  <w:footnote w:type="continuationSeparator" w:id="0">
    <w:p w14:paraId="01C5C003" w14:textId="77777777" w:rsidR="00E34CFB" w:rsidRDefault="00E34CFB" w:rsidP="00E34C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DFF17" w14:textId="77777777" w:rsidR="00E34CFB" w:rsidRPr="00E34CFB" w:rsidRDefault="00E34CFB" w:rsidP="00E34CFB">
    <w:pPr>
      <w:widowControl w:val="0"/>
      <w:autoSpaceDE w:val="0"/>
      <w:autoSpaceDN w:val="0"/>
      <w:spacing w:after="0" w:line="240" w:lineRule="auto"/>
      <w:jc w:val="center"/>
      <w:rPr>
        <w:rFonts w:ascii="Cambria" w:eastAsia="Times New Roman" w:hAnsi="Cambria" w:cs="Times New Roman"/>
        <w:b/>
        <w:bCs/>
        <w:color w:val="auto"/>
        <w:szCs w:val="20"/>
        <w:lang w:val="it-IT" w:eastAsia="it-IT"/>
      </w:rPr>
    </w:pPr>
    <w:r w:rsidRPr="00E34CFB">
      <w:rPr>
        <w:rFonts w:ascii="Times New Roman" w:eastAsia="Times New Roman" w:hAnsi="Times New Roman" w:cs="Times New Roman"/>
        <w:noProof/>
        <w:color w:val="auto"/>
        <w:lang w:val="it-IT"/>
      </w:rPr>
      <w:drawing>
        <wp:anchor distT="0" distB="0" distL="0" distR="0" simplePos="0" relativeHeight="251659264" behindDoc="1" locked="0" layoutInCell="1" allowOverlap="1" wp14:anchorId="2F21DC97" wp14:editId="41186605">
          <wp:simplePos x="0" y="0"/>
          <wp:positionH relativeFrom="page">
            <wp:posOffset>724930</wp:posOffset>
          </wp:positionH>
          <wp:positionV relativeFrom="page">
            <wp:posOffset>164757</wp:posOffset>
          </wp:positionV>
          <wp:extent cx="6104952" cy="1046205"/>
          <wp:effectExtent l="0" t="0" r="0" b="1905"/>
          <wp:wrapNone/>
          <wp:docPr id="10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24682" cy="1049586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664FDCC3" w14:textId="77777777" w:rsidR="00E34CFB" w:rsidRPr="00E34CFB" w:rsidRDefault="00E34CFB" w:rsidP="00E34CFB">
    <w:pPr>
      <w:widowControl w:val="0"/>
      <w:autoSpaceDE w:val="0"/>
      <w:autoSpaceDN w:val="0"/>
      <w:spacing w:after="0" w:line="240" w:lineRule="auto"/>
      <w:jc w:val="center"/>
      <w:rPr>
        <w:rFonts w:ascii="Cambria" w:eastAsia="Times New Roman" w:hAnsi="Cambria" w:cs="Times New Roman"/>
        <w:b/>
        <w:bCs/>
        <w:color w:val="auto"/>
        <w:szCs w:val="20"/>
        <w:lang w:val="it-IT" w:eastAsia="it-IT"/>
      </w:rPr>
    </w:pPr>
  </w:p>
  <w:p w14:paraId="20D502A7" w14:textId="77777777" w:rsidR="00E34CFB" w:rsidRPr="00E34CFB" w:rsidRDefault="00E34CFB" w:rsidP="00E34CFB">
    <w:pPr>
      <w:widowControl w:val="0"/>
      <w:autoSpaceDE w:val="0"/>
      <w:autoSpaceDN w:val="0"/>
      <w:spacing w:after="0" w:line="240" w:lineRule="auto"/>
      <w:jc w:val="center"/>
      <w:rPr>
        <w:rFonts w:ascii="Cambria" w:eastAsia="Times New Roman" w:hAnsi="Cambria" w:cs="Times New Roman"/>
        <w:b/>
        <w:bCs/>
        <w:color w:val="auto"/>
        <w:szCs w:val="20"/>
        <w:lang w:val="it-IT" w:eastAsia="it-IT"/>
      </w:rPr>
    </w:pPr>
  </w:p>
  <w:p w14:paraId="26D38408" w14:textId="77777777" w:rsidR="00E34CFB" w:rsidRPr="00E34CFB" w:rsidRDefault="00E34CFB" w:rsidP="00E34CFB">
    <w:pPr>
      <w:widowControl w:val="0"/>
      <w:autoSpaceDE w:val="0"/>
      <w:autoSpaceDN w:val="0"/>
      <w:spacing w:after="0" w:line="240" w:lineRule="auto"/>
      <w:jc w:val="center"/>
      <w:rPr>
        <w:rFonts w:ascii="Cambria" w:eastAsia="Times New Roman" w:hAnsi="Cambria" w:cs="Times New Roman"/>
        <w:b/>
        <w:bCs/>
        <w:color w:val="auto"/>
        <w:szCs w:val="20"/>
        <w:lang w:val="it-IT" w:eastAsia="it-IT"/>
      </w:rPr>
    </w:pPr>
  </w:p>
  <w:p w14:paraId="1B7CE5B3" w14:textId="77777777" w:rsidR="00E34CFB" w:rsidRPr="00E34CFB" w:rsidRDefault="00E34CFB" w:rsidP="00E34CFB">
    <w:pPr>
      <w:widowControl w:val="0"/>
      <w:autoSpaceDE w:val="0"/>
      <w:autoSpaceDN w:val="0"/>
      <w:spacing w:after="0" w:line="240" w:lineRule="auto"/>
      <w:jc w:val="center"/>
      <w:rPr>
        <w:rFonts w:ascii="Cambria" w:eastAsia="Times New Roman" w:hAnsi="Cambria" w:cs="Times New Roman"/>
        <w:b/>
        <w:bCs/>
        <w:color w:val="auto"/>
        <w:szCs w:val="20"/>
        <w:lang w:val="it-IT" w:eastAsia="it-IT"/>
      </w:rPr>
    </w:pPr>
  </w:p>
  <w:p w14:paraId="2184BFBF" w14:textId="77777777" w:rsidR="00E34CFB" w:rsidRPr="00E34CFB" w:rsidRDefault="00E34CFB" w:rsidP="00E34CFB">
    <w:pPr>
      <w:widowControl w:val="0"/>
      <w:autoSpaceDE w:val="0"/>
      <w:autoSpaceDN w:val="0"/>
      <w:spacing w:after="0" w:line="240" w:lineRule="auto"/>
      <w:jc w:val="center"/>
      <w:rPr>
        <w:rFonts w:ascii="Cambria" w:eastAsia="Times New Roman" w:hAnsi="Cambria" w:cs="Times New Roman"/>
        <w:b/>
        <w:bCs/>
        <w:color w:val="auto"/>
        <w:szCs w:val="20"/>
        <w:lang w:val="it-IT" w:eastAsia="it-IT"/>
      </w:rPr>
    </w:pPr>
  </w:p>
  <w:p w14:paraId="7CBCD34E" w14:textId="77777777" w:rsidR="00E34CFB" w:rsidRPr="00E34CFB" w:rsidRDefault="00E34CFB" w:rsidP="00E34CFB">
    <w:pPr>
      <w:widowControl w:val="0"/>
      <w:autoSpaceDE w:val="0"/>
      <w:autoSpaceDN w:val="0"/>
      <w:spacing w:after="0" w:line="240" w:lineRule="auto"/>
      <w:jc w:val="center"/>
      <w:rPr>
        <w:rFonts w:ascii="Cambria" w:eastAsia="Times New Roman" w:hAnsi="Cambria" w:cs="Times New Roman"/>
        <w:b/>
        <w:bCs/>
        <w:color w:val="auto"/>
        <w:szCs w:val="20"/>
        <w:lang w:val="it-IT" w:eastAsia="it-IT"/>
      </w:rPr>
    </w:pPr>
    <w:r w:rsidRPr="00E34CFB">
      <w:rPr>
        <w:rFonts w:ascii="Cambria" w:eastAsia="Times New Roman" w:hAnsi="Cambria" w:cs="Times New Roman"/>
        <w:noProof/>
        <w:color w:val="auto"/>
        <w:szCs w:val="20"/>
        <w:lang w:val="it-IT" w:eastAsia="it-IT"/>
      </w:rPr>
      <w:drawing>
        <wp:anchor distT="0" distB="0" distL="114300" distR="114300" simplePos="0" relativeHeight="251661312" behindDoc="0" locked="0" layoutInCell="1" allowOverlap="1" wp14:anchorId="600EAD80" wp14:editId="2E22DF9E">
          <wp:simplePos x="0" y="0"/>
          <wp:positionH relativeFrom="margin">
            <wp:posOffset>-61698</wp:posOffset>
          </wp:positionH>
          <wp:positionV relativeFrom="paragraph">
            <wp:posOffset>154905</wp:posOffset>
          </wp:positionV>
          <wp:extent cx="798830" cy="848360"/>
          <wp:effectExtent l="0" t="0" r="0" b="8890"/>
          <wp:wrapSquare wrapText="bothSides"/>
          <wp:docPr id="21" name="Immagin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830" cy="848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3035E21" w14:textId="77777777" w:rsidR="00E34CFB" w:rsidRPr="00E34CFB" w:rsidRDefault="00E34CFB" w:rsidP="00E34CFB">
    <w:pPr>
      <w:widowControl w:val="0"/>
      <w:autoSpaceDE w:val="0"/>
      <w:autoSpaceDN w:val="0"/>
      <w:spacing w:after="0" w:line="240" w:lineRule="auto"/>
      <w:jc w:val="center"/>
      <w:rPr>
        <w:rFonts w:ascii="Cambria" w:eastAsia="Times New Roman" w:hAnsi="Cambria" w:cs="Times New Roman"/>
        <w:color w:val="auto"/>
        <w:szCs w:val="20"/>
        <w:lang w:val="it-IT" w:eastAsia="it-IT"/>
      </w:rPr>
    </w:pPr>
    <w:r w:rsidRPr="00E34CFB">
      <w:rPr>
        <w:rFonts w:ascii="Times New Roman" w:eastAsia="Times New Roman" w:hAnsi="Times New Roman" w:cs="Times New Roman"/>
        <w:noProof/>
        <w:color w:val="auto"/>
        <w:sz w:val="24"/>
        <w:szCs w:val="24"/>
        <w:lang w:val="it-IT" w:eastAsia="it-IT"/>
      </w:rPr>
      <w:drawing>
        <wp:anchor distT="0" distB="0" distL="114300" distR="114300" simplePos="0" relativeHeight="251660288" behindDoc="0" locked="0" layoutInCell="1" allowOverlap="1" wp14:anchorId="0AE97B41" wp14:editId="3A2A31B3">
          <wp:simplePos x="0" y="0"/>
          <wp:positionH relativeFrom="column">
            <wp:posOffset>5218396</wp:posOffset>
          </wp:positionH>
          <wp:positionV relativeFrom="paragraph">
            <wp:posOffset>50903</wp:posOffset>
          </wp:positionV>
          <wp:extent cx="1256030" cy="724535"/>
          <wp:effectExtent l="0" t="0" r="1270" b="0"/>
          <wp:wrapSquare wrapText="bothSides"/>
          <wp:docPr id="20" name="Immagin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724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34CFB">
      <w:rPr>
        <w:rFonts w:ascii="Cambria" w:eastAsia="Times New Roman" w:hAnsi="Cambria" w:cs="Times New Roman"/>
        <w:b/>
        <w:bCs/>
        <w:color w:val="auto"/>
        <w:szCs w:val="20"/>
        <w:lang w:val="it-IT" w:eastAsia="it-IT"/>
      </w:rPr>
      <w:t>Istituto Comprensivo Statale n. 12 di Verona - “Golosine”</w:t>
    </w:r>
  </w:p>
  <w:p w14:paraId="633F0F7F" w14:textId="77777777" w:rsidR="00E34CFB" w:rsidRPr="00E34CFB" w:rsidRDefault="00E34CFB" w:rsidP="00E34CFB">
    <w:pPr>
      <w:widowControl w:val="0"/>
      <w:autoSpaceDE w:val="0"/>
      <w:autoSpaceDN w:val="0"/>
      <w:spacing w:after="0" w:line="240" w:lineRule="auto"/>
      <w:jc w:val="center"/>
      <w:rPr>
        <w:rFonts w:ascii="Cambria" w:eastAsia="Times New Roman" w:hAnsi="Cambria" w:cs="Times New Roman"/>
        <w:color w:val="auto"/>
        <w:szCs w:val="20"/>
        <w:lang w:val="it-IT" w:eastAsia="it-IT"/>
      </w:rPr>
    </w:pPr>
    <w:r w:rsidRPr="00E34CFB">
      <w:rPr>
        <w:rFonts w:ascii="Cambria" w:eastAsia="Times New Roman" w:hAnsi="Cambria" w:cs="Times New Roman"/>
        <w:color w:val="auto"/>
        <w:szCs w:val="20"/>
        <w:lang w:val="it-IT" w:eastAsia="it-IT"/>
      </w:rPr>
      <w:t>Via Velino, 20 - 37136 Verona - Tel. 045950811</w:t>
    </w:r>
  </w:p>
  <w:p w14:paraId="0542708E" w14:textId="77777777" w:rsidR="00E34CFB" w:rsidRPr="00E34CFB" w:rsidRDefault="00E34CFB" w:rsidP="00E34CFB">
    <w:pPr>
      <w:widowControl w:val="0"/>
      <w:tabs>
        <w:tab w:val="left" w:pos="187"/>
        <w:tab w:val="center" w:pos="3991"/>
      </w:tabs>
      <w:autoSpaceDE w:val="0"/>
      <w:autoSpaceDN w:val="0"/>
      <w:spacing w:after="0" w:line="240" w:lineRule="auto"/>
      <w:jc w:val="center"/>
      <w:rPr>
        <w:rFonts w:ascii="Cambria" w:eastAsia="Times New Roman" w:hAnsi="Cambria" w:cs="Times New Roman"/>
        <w:color w:val="auto"/>
        <w:szCs w:val="20"/>
        <w:lang w:val="it-IT" w:eastAsia="it-IT"/>
      </w:rPr>
    </w:pPr>
    <w:r w:rsidRPr="00E34CFB">
      <w:rPr>
        <w:rFonts w:ascii="Cambria" w:eastAsia="Times New Roman" w:hAnsi="Cambria" w:cs="Times New Roman"/>
        <w:color w:val="auto"/>
        <w:szCs w:val="20"/>
        <w:lang w:val="it-IT" w:eastAsia="it-IT"/>
      </w:rPr>
      <w:t xml:space="preserve">C.F. 93185200230 - Codice </w:t>
    </w:r>
    <w:proofErr w:type="spellStart"/>
    <w:r w:rsidRPr="00E34CFB">
      <w:rPr>
        <w:rFonts w:ascii="Cambria" w:eastAsia="Times New Roman" w:hAnsi="Cambria" w:cs="Times New Roman"/>
        <w:color w:val="auto"/>
        <w:szCs w:val="20"/>
        <w:lang w:val="it-IT" w:eastAsia="it-IT"/>
      </w:rPr>
      <w:t>iPA</w:t>
    </w:r>
    <w:proofErr w:type="spellEnd"/>
    <w:r w:rsidRPr="00E34CFB">
      <w:rPr>
        <w:rFonts w:ascii="Cambria" w:eastAsia="Times New Roman" w:hAnsi="Cambria" w:cs="Times New Roman"/>
        <w:color w:val="auto"/>
        <w:szCs w:val="20"/>
        <w:lang w:val="it-IT" w:eastAsia="it-IT"/>
      </w:rPr>
      <w:t>: istsc_vric88300q</w:t>
    </w:r>
  </w:p>
  <w:p w14:paraId="60E49CE6" w14:textId="77777777" w:rsidR="00E34CFB" w:rsidRPr="00E34CFB" w:rsidRDefault="004B5BB9" w:rsidP="00E34CFB">
    <w:pPr>
      <w:widowControl w:val="0"/>
      <w:tabs>
        <w:tab w:val="left" w:pos="187"/>
        <w:tab w:val="center" w:pos="3991"/>
      </w:tabs>
      <w:autoSpaceDE w:val="0"/>
      <w:autoSpaceDN w:val="0"/>
      <w:spacing w:after="0" w:line="240" w:lineRule="auto"/>
      <w:jc w:val="center"/>
      <w:rPr>
        <w:rFonts w:ascii="Cambria" w:eastAsia="Times New Roman" w:hAnsi="Cambria" w:cs="Times New Roman"/>
        <w:color w:val="0000FF"/>
        <w:szCs w:val="20"/>
        <w:u w:val="single"/>
        <w:lang w:val="it-IT" w:eastAsia="it-IT"/>
      </w:rPr>
    </w:pPr>
    <w:hyperlink r:id="rId4" w:history="1">
      <w:r w:rsidR="00E34CFB" w:rsidRPr="00E34CFB">
        <w:rPr>
          <w:rFonts w:ascii="Cambria" w:eastAsia="Times New Roman" w:hAnsi="Cambria" w:cs="Times New Roman"/>
          <w:color w:val="0000FF"/>
          <w:szCs w:val="20"/>
          <w:u w:val="single"/>
          <w:lang w:val="it-IT" w:eastAsia="it-IT"/>
        </w:rPr>
        <w:t>vric88300q@istruzione.it</w:t>
      </w:r>
    </w:hyperlink>
    <w:r w:rsidR="00E34CFB" w:rsidRPr="00E34CFB">
      <w:rPr>
        <w:rFonts w:ascii="Cambria" w:eastAsia="Times New Roman" w:hAnsi="Cambria" w:cs="Times New Roman"/>
        <w:color w:val="auto"/>
        <w:szCs w:val="20"/>
        <w:lang w:val="it-IT" w:eastAsia="it-IT"/>
      </w:rPr>
      <w:t xml:space="preserve"> -  </w:t>
    </w:r>
    <w:hyperlink r:id="rId5" w:history="1">
      <w:r w:rsidR="00E34CFB" w:rsidRPr="00E34CFB">
        <w:rPr>
          <w:rFonts w:ascii="Cambria" w:eastAsia="Times New Roman" w:hAnsi="Cambria" w:cs="Times New Roman"/>
          <w:color w:val="0000FF"/>
          <w:szCs w:val="20"/>
          <w:u w:val="single"/>
          <w:lang w:val="it-IT" w:eastAsia="it-IT"/>
        </w:rPr>
        <w:t>vric88300q@pec.istruzione.it</w:t>
      </w:r>
    </w:hyperlink>
  </w:p>
  <w:p w14:paraId="3D640EED" w14:textId="77777777" w:rsidR="00E34CFB" w:rsidRPr="00E34CFB" w:rsidRDefault="00E34CFB" w:rsidP="00E34CFB">
    <w:pPr>
      <w:widowControl w:val="0"/>
      <w:tabs>
        <w:tab w:val="left" w:pos="187"/>
        <w:tab w:val="center" w:pos="3991"/>
      </w:tabs>
      <w:autoSpaceDE w:val="0"/>
      <w:autoSpaceDN w:val="0"/>
      <w:spacing w:after="0" w:line="240" w:lineRule="auto"/>
      <w:jc w:val="center"/>
      <w:rPr>
        <w:rFonts w:ascii="Cambria" w:eastAsia="Times New Roman" w:hAnsi="Cambria" w:cs="Times New Roman"/>
        <w:color w:val="auto"/>
        <w:szCs w:val="20"/>
        <w:lang w:val="it-IT" w:eastAsia="it-IT"/>
      </w:rPr>
    </w:pPr>
    <w:r w:rsidRPr="00E34CFB">
      <w:rPr>
        <w:rFonts w:ascii="Cambria" w:eastAsia="Times New Roman" w:hAnsi="Cambria" w:cs="Times New Roman"/>
        <w:color w:val="auto"/>
        <w:szCs w:val="20"/>
        <w:lang w:val="it-IT" w:eastAsia="it-IT"/>
      </w:rPr>
      <w:t xml:space="preserve"> </w:t>
    </w:r>
    <w:hyperlink r:id="rId6" w:history="1">
      <w:r w:rsidRPr="00E34CFB">
        <w:rPr>
          <w:rFonts w:ascii="Cambria" w:eastAsia="Times New Roman" w:hAnsi="Cambria" w:cs="Times New Roman"/>
          <w:color w:val="0000FF"/>
          <w:szCs w:val="20"/>
          <w:u w:val="single"/>
          <w:lang w:val="it-IT" w:eastAsia="it-IT"/>
        </w:rPr>
        <w:t>www.ic12golosine.edu.it</w:t>
      </w:r>
    </w:hyperlink>
  </w:p>
  <w:p w14:paraId="429D7F1A" w14:textId="77777777" w:rsidR="00E34CFB" w:rsidRPr="00E34CFB" w:rsidRDefault="00E34CFB" w:rsidP="00E34CFB">
    <w:pPr>
      <w:widowControl w:val="0"/>
      <w:autoSpaceDE w:val="0"/>
      <w:autoSpaceDN w:val="0"/>
      <w:spacing w:after="0" w:line="14" w:lineRule="auto"/>
      <w:rPr>
        <w:rFonts w:ascii="Times New Roman" w:eastAsia="Times New Roman" w:hAnsi="Times New Roman" w:cs="Times New Roman"/>
        <w:color w:val="auto"/>
        <w:lang w:val="it-IT"/>
      </w:rPr>
    </w:pPr>
  </w:p>
  <w:p w14:paraId="7E321F85" w14:textId="77777777" w:rsidR="00E34CFB" w:rsidRDefault="00E34CF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B236643"/>
    <w:multiLevelType w:val="hybridMultilevel"/>
    <w:tmpl w:val="D9285A2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B027F60"/>
    <w:multiLevelType w:val="hybridMultilevel"/>
    <w:tmpl w:val="CC28D196"/>
    <w:lvl w:ilvl="0" w:tplc="80AE053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pacing w:val="-1"/>
        <w:w w:val="99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hyphenationZone w:val="283"/>
  <w:characterSpacingControl w:val="doNotCompress"/>
  <w:savePreviewPicture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06C33"/>
    <w:rsid w:val="0029639D"/>
    <w:rsid w:val="00326F90"/>
    <w:rsid w:val="004B5BB9"/>
    <w:rsid w:val="006744CE"/>
    <w:rsid w:val="006D1007"/>
    <w:rsid w:val="00AA1D8D"/>
    <w:rsid w:val="00B47730"/>
    <w:rsid w:val="00CB0664"/>
    <w:rsid w:val="00E34CFB"/>
    <w:rsid w:val="00F47AD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1E43EE08"/>
  <w14:defaultImageDpi w14:val="300"/>
  <w15:docId w15:val="{9CB3383C-0F58-4312-8F14-9F6FB7B9B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hAnsi="Arial"/>
      <w:color w:val="333333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http://www.ic12golosine.edu.it" TargetMode="External"/><Relationship Id="rId5" Type="http://schemas.openxmlformats.org/officeDocument/2006/relationships/hyperlink" Target="mailto:vric88300q@pec.istruzione.it" TargetMode="External"/><Relationship Id="rId4" Type="http://schemas.openxmlformats.org/officeDocument/2006/relationships/hyperlink" Target="mailto:vric88300q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518</Words>
  <Characters>2954</Characters>
  <Application>Microsoft Office Word</Application>
  <DocSecurity>0</DocSecurity>
  <Lines>24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3466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dsga</cp:lastModifiedBy>
  <cp:revision>4</cp:revision>
  <dcterms:created xsi:type="dcterms:W3CDTF">2013-12-23T23:15:00Z</dcterms:created>
  <dcterms:modified xsi:type="dcterms:W3CDTF">2026-08-21T10:35:00Z</dcterms:modified>
  <cp:category/>
</cp:coreProperties>
</file>